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זהירות בדרכים – צעד אחר צעד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כללי בטיחות בסיסיים בדרך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מה עושים לפני חציית כביש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חוקי בטיחות ברכב ועל אופניים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על המדרכה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עוצרים ומסתכלים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עם מבוגר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ילדים צריכים לחצות עם מבוגר כדי להיות בטוחים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המדרכה היא המקום הבטוח להליכה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החגורה שומרת עלינו בנסיעה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מדרכה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עוצר/ת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מבוגר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(עוצרים)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(אפשר ללכת)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(חוגרים חגורה)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(חובשים קסדה)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עומדים ליד הכביש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מסתכלים לשני הצדדים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נותנים יד למבוגר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מחשבה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עוצרים, מסתכלים לשני הצדדים, וחוצים עם מבוגר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עוצרים, מסתכלים, חוצים עם מבוגר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קסדה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אדום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את הכללים בגוף – לעצור, להסתכל ולחצות בכיתה כמשחק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להשתמש בתמונות או בובות כדי להמחיש את המצבים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בעזרת שירה ותנועה את החוקים החשובים ביותר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זהירות בדרכים – צעד אחר צעד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את הכללים החשובים להליכה בטוחה בדרך, לחציית כביש, לנסיעה ברכב ולרכיבה על אופניים.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עוצר/ת  ·  מבוגר  ·  מדרכה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איפה הולכים ברגל ליד הכביש?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על הכביש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על המדרכה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בתוך הרכב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עושים לפני שחוצים כביש?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רצים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עוצרים ומסתכלים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קופצים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עם מי חוצים את הכביש?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עם חבר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עם מבוגר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מותר לחצות את הכביש לבד בלי מבוגר.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צריך ללכת על המדרכה ולא על הכביש.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צריך לחגור חגורת בטיחות ברכב.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אני הולך/ת על ה__________ ולא על הכביש.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לפני שחוצים כביש אני __________ ומסתכל/ת.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אני חוצה את הכביש עם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רמזור אדום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חוגרים חגורה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רמזור ירוק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עוצרים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ברכב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חובשים קסדה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באופניים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אפשר ללכת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מסתכלים לשני הצדדים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נותנים יד למבוגר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עומדים ליד הכביש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עוצרים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מחשבה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או ציירו: מה עושים לפני שחוצים כביש?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עושים לפני חציית כביש?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שמים על הראש כשרוכבים על אופניים?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זהירות בדרכים – צעד אחר צעד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